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 DE PRESTATION DE SERVICES - CABINET DE RECRUTEMENT</w:t>
      </w:r>
    </w:p>
    <w:p/>
    <w:p/>
    <w:p>
      <w:r>
        <w:rPr>
          <w:b/>
          <w:sz w:val="22"/>
        </w:rPr>
        <w:t>Entre les soussignés :</w:t>
      </w:r>
    </w:p>
    <w:p>
      <w:r>
        <w:rPr>
          <w:b w:val="0"/>
          <w:sz w:val="22"/>
        </w:rPr>
        <w:t>Le Cabinet de Recrutement :</w:t>
      </w:r>
    </w:p>
    <w:p>
      <w:r>
        <w:rPr>
          <w:b w:val="0"/>
          <w:sz w:val="22"/>
        </w:rPr>
        <w:t>Raison sociale : _____________________________________________________________</w:t>
      </w:r>
    </w:p>
    <w:p>
      <w:r>
        <w:rPr>
          <w:b w:val="0"/>
          <w:sz w:val="22"/>
        </w:rPr>
        <w:t>Adresse : _________________________________________________________________</w:t>
      </w:r>
    </w:p>
    <w:p>
      <w:r>
        <w:rPr>
          <w:b w:val="0"/>
          <w:sz w:val="22"/>
        </w:rPr>
        <w:t>Représenté par : ___________________________________________________________</w:t>
      </w:r>
    </w:p>
    <w:p>
      <w:r>
        <w:rPr>
          <w:b w:val="0"/>
          <w:sz w:val="22"/>
        </w:rPr>
        <w:t>Ci-après dénommé « le Prestataire »</w:t>
      </w:r>
    </w:p>
    <w:p/>
    <w:p>
      <w:r>
        <w:rPr>
          <w:b w:val="0"/>
          <w:sz w:val="22"/>
        </w:rPr>
        <w:t>Et</w:t>
      </w:r>
    </w:p>
    <w:p>
      <w:r>
        <w:rPr>
          <w:b w:val="0"/>
          <w:sz w:val="22"/>
        </w:rPr>
        <w:t>L'Entreprise cliente :</w:t>
      </w:r>
    </w:p>
    <w:p>
      <w:r>
        <w:rPr>
          <w:b w:val="0"/>
          <w:sz w:val="22"/>
        </w:rPr>
        <w:t>Raison sociale : _____________________________________________________________</w:t>
      </w:r>
    </w:p>
    <w:p>
      <w:r>
        <w:rPr>
          <w:b w:val="0"/>
          <w:sz w:val="22"/>
        </w:rPr>
        <w:t>Adresse : _________________________________________________________________</w:t>
      </w:r>
    </w:p>
    <w:p>
      <w:r>
        <w:rPr>
          <w:b w:val="0"/>
          <w:sz w:val="22"/>
        </w:rPr>
        <w:t>Représentée par : ___________________________________________________________</w:t>
      </w:r>
    </w:p>
    <w:p>
      <w:r>
        <w:rPr>
          <w:b w:val="0"/>
          <w:sz w:val="22"/>
        </w:rPr>
        <w:t>Ci-après dénommée « le Client »</w:t>
      </w:r>
    </w:p>
    <w:p/>
    <w:p/>
    <w:p>
      <w:r>
        <w:rPr>
          <w:b/>
          <w:sz w:val="22"/>
        </w:rPr>
        <w:t>Préambule</w:t>
      </w:r>
    </w:p>
    <w:p>
      <w:r>
        <w:rPr>
          <w:b w:val="0"/>
          <w:sz w:val="22"/>
        </w:rPr>
        <w:t>Le Prestataire est spécialisé dans le recrutement et la mise à disposition de candidats qualifiés. Le Client souhaite confier au Prestataire une mission de recrutement selon les termes et conditions définis ci-après.</w:t>
      </w:r>
    </w:p>
    <w:p/>
    <w:p/>
    <w:p>
      <w:r>
        <w:rPr>
          <w:b/>
          <w:sz w:val="22"/>
        </w:rPr>
        <w:t>Article 1 – Objet du contrat</w:t>
      </w:r>
    </w:p>
    <w:p>
      <w:r>
        <w:rPr>
          <w:b w:val="0"/>
          <w:sz w:val="22"/>
        </w:rPr>
        <w:t>Le présent contrat a pour objet de définir les conditions dans lesquelles le Prestataire s'engage à rechercher, sélectionner et présenter au Client des candidats susceptibles de pourvoir les postes à pourvoir.</w:t>
      </w:r>
    </w:p>
    <w:p/>
    <w:p>
      <w:r>
        <w:rPr>
          <w:b/>
          <w:sz w:val="22"/>
        </w:rPr>
        <w:t>Article 2 – Mission du Prestataire</w:t>
      </w:r>
    </w:p>
    <w:p>
      <w:r>
        <w:rPr>
          <w:b w:val="0"/>
          <w:sz w:val="22"/>
        </w:rPr>
        <w:t>Le Prestataire s'engage à :</w:t>
      </w:r>
    </w:p>
    <w:p>
      <w:pPr>
        <w:pStyle w:val="ListBullet"/>
      </w:pPr>
      <w:r>
        <w:rPr>
          <w:sz w:val="22"/>
        </w:rPr>
        <w:t>Analyser le besoin du Client et définir le profil recherché.</w:t>
      </w:r>
    </w:p>
    <w:p>
      <w:pPr>
        <w:pStyle w:val="ListBullet"/>
      </w:pPr>
      <w:r>
        <w:rPr>
          <w:sz w:val="22"/>
        </w:rPr>
        <w:t>Rechercher et présélectionner des candidats répondant aux critères du Client.</w:t>
      </w:r>
    </w:p>
    <w:p>
      <w:pPr>
        <w:pStyle w:val="ListBullet"/>
      </w:pPr>
      <w:r>
        <w:rPr>
          <w:sz w:val="22"/>
        </w:rPr>
        <w:t>Organiser et conduire les entretiens de sélection.</w:t>
      </w:r>
    </w:p>
    <w:p>
      <w:pPr>
        <w:pStyle w:val="ListBullet"/>
      </w:pPr>
      <w:r>
        <w:rPr>
          <w:sz w:val="22"/>
        </w:rPr>
        <w:t>Présenter au Client les candidats retenus avec un dossier complet.</w:t>
      </w:r>
    </w:p>
    <w:p>
      <w:pPr>
        <w:pStyle w:val="ListBullet"/>
      </w:pPr>
      <w:r>
        <w:rPr>
          <w:sz w:val="22"/>
        </w:rPr>
        <w:t>Assurer le suivi jusqu'à la prise de poste du candidat retenu.</w:t>
      </w:r>
    </w:p>
    <w:p/>
    <w:p>
      <w:r>
        <w:rPr>
          <w:b/>
          <w:sz w:val="22"/>
        </w:rPr>
        <w:t>Article 3 – Obligations du Client</w:t>
      </w:r>
    </w:p>
    <w:p>
      <w:r>
        <w:rPr>
          <w:b w:val="0"/>
          <w:sz w:val="22"/>
        </w:rPr>
        <w:t>Le Client s'engage à :</w:t>
      </w:r>
    </w:p>
    <w:p>
      <w:pPr>
        <w:pStyle w:val="ListBullet"/>
      </w:pPr>
      <w:r>
        <w:rPr>
          <w:sz w:val="22"/>
        </w:rPr>
        <w:t>Fournir au Prestataire toutes les informations nécessaires à la bonne exécution de la mission.</w:t>
      </w:r>
    </w:p>
    <w:p>
      <w:pPr>
        <w:pStyle w:val="ListBullet"/>
      </w:pPr>
      <w:r>
        <w:rPr>
          <w:sz w:val="22"/>
        </w:rPr>
        <w:t>Communiquer rapidement les résultats des entretiens et décisions prises concernant les candidats.</w:t>
      </w:r>
    </w:p>
    <w:p>
      <w:pPr>
        <w:pStyle w:val="ListBullet"/>
      </w:pPr>
      <w:r>
        <w:rPr>
          <w:sz w:val="22"/>
        </w:rPr>
        <w:t>Respecter les modalités de paiement convenues.</w:t>
      </w:r>
    </w:p>
    <w:p>
      <w:pPr>
        <w:pStyle w:val="ListBullet"/>
      </w:pPr>
      <w:r>
        <w:rPr>
          <w:sz w:val="22"/>
        </w:rPr>
        <w:t>Ne pas recruter directement un candidat présenté par le Prestataire sans avoir réglé les honoraires correspondants.</w:t>
      </w:r>
    </w:p>
    <w:p/>
    <w:p>
      <w:r>
        <w:rPr>
          <w:b/>
          <w:sz w:val="22"/>
        </w:rPr>
        <w:t>Article 4 – Durée du contrat</w:t>
      </w:r>
    </w:p>
    <w:p>
      <w:r>
        <w:rPr>
          <w:b w:val="0"/>
          <w:sz w:val="22"/>
        </w:rPr>
        <w:t>Le présent contrat est conclu pour une durée de ______________. Il prendra effet à compter de sa signature par les deux parties.</w:t>
      </w:r>
    </w:p>
    <w:p/>
    <w:p>
      <w:r>
        <w:rPr>
          <w:b/>
          <w:sz w:val="22"/>
        </w:rPr>
        <w:t>Article 5 – Honoraires et modalités de paiement</w:t>
      </w:r>
    </w:p>
    <w:p>
      <w:r>
        <w:rPr>
          <w:b w:val="0"/>
          <w:sz w:val="22"/>
        </w:rPr>
        <w:t>En rémunération de la mission, le Client versera au Prestataire des honoraires calculés comme suit :</w:t>
      </w:r>
    </w:p>
    <w:p>
      <w:r>
        <w:rPr>
          <w:b w:val="0"/>
          <w:sz w:val="22"/>
        </w:rPr>
        <w:t>Montant forfaitaire : __________________________________________________________</w:t>
      </w:r>
    </w:p>
    <w:p>
      <w:r>
        <w:rPr>
          <w:b w:val="0"/>
          <w:sz w:val="22"/>
        </w:rPr>
        <w:t>ou</w:t>
      </w:r>
    </w:p>
    <w:p>
      <w:r>
        <w:rPr>
          <w:b w:val="0"/>
          <w:sz w:val="22"/>
        </w:rPr>
        <w:t>Pourcentage du salaire brut annuel du candidat recruté : ______________ %</w:t>
      </w:r>
    </w:p>
    <w:p>
      <w:r>
        <w:rPr>
          <w:b w:val="0"/>
          <w:sz w:val="22"/>
        </w:rPr>
        <w:t>Les honoraires seront facturés à réception de la facture et payables sous 30 jours.</w:t>
      </w:r>
    </w:p>
    <w:p/>
    <w:p>
      <w:r>
        <w:rPr>
          <w:b/>
          <w:sz w:val="22"/>
        </w:rPr>
        <w:t>Article 6 – Garantie</w:t>
      </w:r>
    </w:p>
    <w:p>
      <w:r>
        <w:rPr>
          <w:b w:val="0"/>
          <w:sz w:val="22"/>
        </w:rPr>
        <w:t>Le Prestataire garantit la qualité de sa prestation. En cas de départ du candidat recruté dans un délai de ______________ suivant son embauche, le Prestataire s'engage à proposer un remplacement sans frais supplémentaires, sous réserve que les honoraires aient été réglés en totalité.</w:t>
      </w:r>
    </w:p>
    <w:p/>
    <w:p>
      <w:r>
        <w:rPr>
          <w:b/>
          <w:sz w:val="22"/>
        </w:rPr>
        <w:t>Article 7 – Confidentialité</w:t>
      </w:r>
    </w:p>
    <w:p>
      <w:r>
        <w:rPr>
          <w:b w:val="0"/>
          <w:sz w:val="22"/>
        </w:rPr>
        <w:t>Les parties s'engagent à garder strictement confidentielles toutes les informations échangées dans le cadre du présent contrat et à ne les utiliser que pour l'exécution de leurs obligations respectives.</w:t>
      </w:r>
    </w:p>
    <w:p/>
    <w:p>
      <w:r>
        <w:rPr>
          <w:b/>
          <w:sz w:val="22"/>
        </w:rPr>
        <w:t>Article 8 – Responsabilité</w:t>
      </w:r>
    </w:p>
    <w:p>
      <w:r>
        <w:rPr>
          <w:b w:val="0"/>
          <w:sz w:val="22"/>
        </w:rPr>
        <w:t>Le Prestataire ne pourra être tenu responsable des conséquences résultant d'un recrutement effectué directement par le Client sans l'intervention du Prestataire ou sans paiement des honoraires.</w:t>
      </w:r>
    </w:p>
    <w:p/>
    <w:p>
      <w:r>
        <w:rPr>
          <w:b/>
          <w:sz w:val="22"/>
        </w:rPr>
        <w:t>Article 9 – Résiliation</w:t>
      </w:r>
    </w:p>
    <w:p>
      <w:r>
        <w:rPr>
          <w:b w:val="0"/>
          <w:sz w:val="22"/>
        </w:rPr>
        <w:t>Chaque partie pourra résilier le présent contrat à tout moment par notification écrite, sous réserve du paiement des prestations réalisées jusqu'à la date de résiliation.</w:t>
      </w:r>
    </w:p>
    <w:p/>
    <w:p>
      <w:r>
        <w:rPr>
          <w:b/>
          <w:sz w:val="22"/>
        </w:rPr>
        <w:t>Article 10 – Loi applicable et juridiction compétente</w:t>
      </w:r>
    </w:p>
    <w:p>
      <w:r>
        <w:rPr>
          <w:b w:val="0"/>
          <w:sz w:val="22"/>
        </w:rPr>
        <w:t>Le présent contrat est soumis au droit français. En cas de litige, les parties conviennent de rechercher une solution amiable avant toute action judiciaire. À défaut, les tribunaux compétents seront ceux du ressort du siège social du Prestataire.</w:t>
      </w:r>
    </w:p>
    <w:p/>
    <w:p/>
    <w:p>
      <w:r>
        <w:rPr>
          <w:b w:val="0"/>
          <w:sz w:val="22"/>
        </w:rPr>
        <w:t>Fait en deux exemplaires originaux,</w:t>
      </w:r>
    </w:p>
    <w:p>
      <w:pPr>
        <w:jc w:val="center"/>
      </w:pPr>
      <w:r>
        <w:rPr>
          <w:b/>
          <w:sz w:val="22"/>
        </w:rPr>
        <w:t>Le Client</w:t>
      </w:r>
    </w:p>
    <w:p>
      <w:pPr>
        <w:jc w:val="center"/>
      </w:pPr>
      <w:r>
        <w:rPr>
          <w:b/>
          <w:sz w:val="22"/>
        </w:rPr>
        <w:t>Le Prestataire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Client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Prestataire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https://modeles-contrat.com/contrat-cabinet-de-recrutement/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https://modeles-contrat.com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modeles-contrat.com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contrat.com/contrat-cabinet-de-recrutement/" TargetMode="External"/><Relationship Id="rId10" Type="http://schemas.openxmlformats.org/officeDocument/2006/relationships/hyperlink" Target="https://modeles-contra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